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Article template</w:t>
      </w:r>
    </w:p>
    <w:p>
      <w:pPr>
        <w:pStyle w:val="Guidance"/>
      </w:pPr>
      <w:r>
        <w:t>Write your piece in this document and send it through the contact form at mondial.press/contact, choosing "Pitch or submit an article." Save it as Surname_Short-title.docx.</w:t>
      </w:r>
    </w:p>
    <w:p>
      <w:pPr>
        <w:pStyle w:val="Guidance"/>
      </w:pPr>
      <w:r>
        <w:t>Click any grey hint and type over it. Grey notes like this one are for you: delete them before you send. The Contributor Handbook at mondial.press/contribute has the full guidelines.</w:t>
      </w:r>
    </w:p>
    <w:p>
      <w:pPr>
        <w:pStyle w:val="Heading1"/>
        <w:pBdr>
          <w:top w:val="double" w:sz="4" w:space="8" w:color="0B2545"/>
        </w:pBdr>
      </w:pPr>
      <w:r>
        <w:t>About your piece</w:t>
      </w:r>
    </w:p>
    <w:tbl>
      <w:tblPr>
        <w:tblW w:type="auto" w:w="0"/>
        <w:jc w:val="center"/>
        <w:tblBorders>
          <w:top w:val="single" w:sz="4" w:space="0" w:color="D9DDE5"/>
          <w:left w:val="nil"/>
          <w:bottom w:val="single" w:sz="4" w:space="0" w:color="D9DDE5"/>
          <w:right w:val="nil"/>
          <w:insideH w:val="single" w:sz="4" w:space="0" w:color="D9DDE5"/>
          <w:insideV w:val="nil"/>
        </w:tblBorders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firstColumn="1" w:firstRow="1" w:lastColumn="0" w:lastRow="0" w:noHBand="0" w:noVBand="1" w:val="04A0"/>
      </w:tblPr>
      <w:tblGrid>
        <w:gridCol w:w="2232"/>
        <w:gridCol w:w="7128"/>
      </w:tblGrid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Format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rPr>
                  <w:rFonts w:ascii="MS Gothic" w:hAnsi="MS Gothic" w:eastAsia="MS Gothic"/>
                  <w:color w:val="13315C"/>
                </w:rPr>
                <w:id w:val="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color w:val="13315C"/>
                  </w:rPr>
                  <w:t xml:space="preserve">☐</w:t>
                </w:r>
              </w:sdtContent>
            </w:sdt>
            <w:r>
              <w:t xml:space="preserve">  </w:t>
            </w:r>
            <w:r>
              <w:t>Opinion and analysis, 750 to 1,200 words</w:t>
            </w:r>
          </w:p>
          <w:p>
            <w:pPr>
              <w:pStyle w:val="FieldValue"/>
            </w:pPr>
            <w:sdt>
              <w:sdtPr>
                <w:rPr>
                  <w:rFonts w:ascii="MS Gothic" w:hAnsi="MS Gothic" w:eastAsia="MS Gothic"/>
                  <w:color w:val="13315C"/>
                </w:rPr>
                <w:id w:val="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color w:val="13315C"/>
                  </w:rPr>
                  <w:t xml:space="preserve">☐</w:t>
                </w:r>
              </w:sdtContent>
            </w:sdt>
            <w:r>
              <w:t xml:space="preserve">  </w:t>
            </w:r>
            <w:r>
              <w:t>In-depth analysis, 1,000 to 1,200 words</w:t>
            </w:r>
          </w:p>
          <w:p>
            <w:pPr>
              <w:pStyle w:val="FieldValue"/>
            </w:pPr>
            <w:sdt>
              <w:sdtPr>
                <w:rPr>
                  <w:rFonts w:ascii="MS Gothic" w:hAnsi="MS Gothic" w:eastAsia="MS Gothic"/>
                  <w:color w:val="13315C"/>
                </w:rPr>
                <w:id w:val="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color w:val="13315C"/>
                  </w:rPr>
                  <w:t xml:space="preserve">☐</w:t>
                </w:r>
              </w:sdtContent>
            </w:sdt>
            <w:r>
              <w:t xml:space="preserve">  </w:t>
            </w:r>
            <w:r>
              <w:t>Debate and Discuss, under 500 words</w:t>
            </w:r>
          </w:p>
          <w:p>
            <w:pPr>
              <w:pStyle w:val="FieldValue"/>
            </w:pPr>
            <w:sdt>
              <w:sdtPr>
                <w:rPr>
                  <w:rFonts w:ascii="MS Gothic" w:hAnsi="MS Gothic" w:eastAsia="MS Gothic"/>
                  <w:color w:val="13315C"/>
                </w:rPr>
                <w:id w:val="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color w:val="13315C"/>
                  </w:rPr>
                  <w:t xml:space="preserve">☐</w:t>
                </w:r>
              </w:sdtContent>
            </w:sdt>
            <w:r>
              <w:t xml:space="preserve">  </w:t>
            </w:r>
            <w:r>
              <w:t>Interview, length agreed with the editors</w:t>
            </w:r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Word count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Word count"/>
                <w:tag w:val="word-count"/>
                <w:id w:val="1005"/>
                <w:showingPlcHdr/>
              </w:sdtPr>
              <w:sdtContent>
                <w:r>
                  <w:rPr>
                    <w:rStyle w:val="PlaceholderText"/>
                  </w:rPr>
                  <w:t xml:space="preserve">Body text only. In Word: Tools, then Word Count.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Published elsewhere?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Published elsewhere?"/>
                <w:tag w:val="published-elsewhere?"/>
                <w:id w:val="1006"/>
                <w:showingPlcHdr/>
              </w:sdtPr>
              <w:sdtContent>
                <w:r>
                  <w:rPr>
                    <w:rStyle w:val="PlaceholderText"/>
                  </w:rPr>
                  <w:t xml:space="preserve">No, or yes: where, and when</w:t>
                </w:r>
              </w:sdtContent>
            </w:sdt>
          </w:p>
        </w:tc>
      </w:tr>
    </w:tbl>
    <w:p>
      <w:pPr>
        <w:spacing w:after="40"/>
      </w:pPr>
    </w:p>
    <w:p>
      <w:pPr>
        <w:pStyle w:val="Heading1"/>
        <w:pBdr>
          <w:top w:val="double" w:sz="4" w:space="8" w:color="0B2545"/>
        </w:pBdr>
      </w:pPr>
      <w:r>
        <w:t>Your article</w:t>
      </w:r>
    </w:p>
    <w:p>
      <w:pPr>
        <w:pStyle w:val="Guidance"/>
      </w:pPr>
      <w:r>
        <w:t>Keep paragraphs short. Use three or four subheadings that state your key points (apply the Heading 2 style). Link sources directly in the text, and name them in the sentence too, since links do not survive print.</w:t>
      </w:r>
    </w:p>
    <w:p>
      <w:pPr>
        <w:pStyle w:val="Title"/>
      </w:pPr>
      <w:sdt>
        <w:sdtPr>
          <w:alias w:val="Title"/>
          <w:tag w:val="title"/>
          <w:id w:val="1007"/>
          <w:showingPlcHdr/>
        </w:sdtPr>
        <w:sdtContent>
          <w:r>
            <w:rPr>
              <w:rStyle w:val="PlaceholderText"/>
            </w:rPr>
            <w:t xml:space="preserve">Your title: one line that states your argument</w:t>
          </w:r>
        </w:sdtContent>
      </w:sdt>
    </w:p>
    <w:sdt>
      <w:sdtPr>
        <w:alias w:val="Article"/>
        <w:tag w:val="article"/>
        <w:id w:val="1008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Start writing here.</w:t>
          </w:r>
        </w:p>
      </w:sdtContent>
    </w:sdt>
    <w:p>
      <w:pPr>
        <w:pStyle w:val="Heading1"/>
        <w:pBdr>
          <w:top w:val="double" w:sz="4" w:space="8" w:color="0B2545"/>
        </w:pBdr>
      </w:pPr>
      <w:r>
        <w:t>About you</w:t>
      </w:r>
    </w:p>
    <w:p>
      <w:pPr>
        <w:pStyle w:val="Guidance"/>
      </w:pPr>
      <w:r>
        <w:t>For more than one author, copy this table once per author, in byline order.</w:t>
      </w:r>
    </w:p>
    <w:tbl>
      <w:tblPr>
        <w:tblW w:type="auto" w:w="0"/>
        <w:jc w:val="center"/>
        <w:tblBorders>
          <w:top w:val="single" w:sz="4" w:space="0" w:color="D9DDE5"/>
          <w:left w:val="nil"/>
          <w:bottom w:val="single" w:sz="4" w:space="0" w:color="D9DDE5"/>
          <w:right w:val="nil"/>
          <w:insideH w:val="single" w:sz="4" w:space="0" w:color="D9DDE5"/>
          <w:insideV w:val="nil"/>
        </w:tblBorders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firstColumn="1" w:firstRow="1" w:lastColumn="0" w:lastRow="0" w:noHBand="0" w:noVBand="1" w:val="04A0"/>
      </w:tblPr>
      <w:tblGrid>
        <w:gridCol w:w="2232"/>
        <w:gridCol w:w="7128"/>
      </w:tblGrid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Name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Name"/>
                <w:tag w:val="name"/>
                <w:id w:val="1009"/>
                <w:showingPlcHdr/>
              </w:sdtPr>
              <w:sdtContent>
                <w:r>
                  <w:rPr>
                    <w:rStyle w:val="PlaceholderText"/>
                  </w:rPr>
                  <w:t xml:space="preserve">Your name as it should appear in the byline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Email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Email"/>
                <w:tag w:val="email"/>
                <w:id w:val="1010"/>
                <w:showingPlcHdr/>
              </w:sdtPr>
              <w:sdtContent>
                <w:r>
                  <w:rPr>
                    <w:rStyle w:val="PlaceholderText"/>
                  </w:rPr>
                  <w:t xml:space="preserve">So the editors can reach you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Organisation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Organisation"/>
                <w:tag w:val="organisation"/>
                <w:id w:val="1011"/>
                <w:showingPlcHdr/>
              </w:sdtPr>
              <w:sdtContent>
                <w:r>
                  <w:rPr>
                    <w:rStyle w:val="PlaceholderText"/>
                  </w:rPr>
                  <w:t xml:space="preserve">The organisation you work with, if any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Bio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Bio"/>
                <w:tag w:val="bio"/>
                <w:id w:val="1012"/>
                <w:showingPlcHdr/>
              </w:sdtPr>
              <w:sdtContent>
                <w:r>
                  <w:rPr>
                    <w:rStyle w:val="PlaceholderText"/>
                  </w:rPr>
                  <w:t xml:space="preserve">One paragraph of 30 to 60 words, in the third person. Describe your work and what you write about rather than opening with a job title, and name your organisation. No words that date it, such as currently, recently or this year, and no personal details such as family or home town.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Headshot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Headshot"/>
                <w:tag w:val="headshot"/>
                <w:id w:val="1013"/>
                <w:showingPlcHdr/>
              </w:sdtPr>
              <w:sdtContent>
                <w:r>
                  <w:rPr>
                    <w:rStyle w:val="PlaceholderText"/>
                  </w:rPr>
                  <w:t xml:space="preserve">Paste a recent head and shoulders photograph here: at least 800 pixels wide, with your face clearly visible.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Disclosure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Disclosure"/>
                <w:tag w:val="disclosure"/>
                <w:id w:val="1014"/>
                <w:showingPlcHdr/>
              </w:sdtPr>
              <w:sdtContent>
                <w:r>
                  <w:rPr>
                    <w:rStyle w:val="PlaceholderText"/>
                  </w:rPr>
                  <w:t xml:space="preserve">Any interest a reader should know about, financial or otherwise. Write "None" if there is none.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Confirmation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rPr>
                  <w:rFonts w:ascii="MS Gothic" w:hAnsi="MS Gothic" w:eastAsia="MS Gothic"/>
                  <w:color w:val="13315C"/>
                </w:rPr>
                <w:id w:val="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color w:val="13315C"/>
                  </w:rPr>
                  <w:t xml:space="preserve">☐</w:t>
                </w:r>
              </w:sdtContent>
            </w:sdt>
            <w:r>
              <w:t xml:space="preserve">  </w:t>
            </w:r>
            <w:r>
              <w:rPr>
                <w:sz w:val="20"/>
              </w:rPr>
              <w:t>This is my own work, and I agree to the rights terms in section 10 of the Contributor Handbook: I keep the copyright and grant CGS and WFM–C a non-exclusive right to publish it.</w:t>
            </w:r>
          </w:p>
        </w:tc>
      </w:tr>
    </w:tbl>
    <w:p>
      <w:pPr>
        <w:spacing w:after="40"/>
      </w:pPr>
    </w:p>
    <w:p>
      <w:pPr>
        <w:pStyle w:val="Heading1"/>
        <w:pBdr>
          <w:top w:val="double" w:sz="4" w:space="8" w:color="0B2545"/>
        </w:pBdr>
      </w:pPr>
      <w:r>
        <w:t>Images</w:t>
      </w:r>
    </w:p>
    <w:p>
      <w:pPr>
        <w:pStyle w:val="Guidance"/>
      </w:pPr>
      <w:r>
        <w:t>Optional: our editors can find an image or make a chart. If pasting images takes this file over 10 MB, the contact form will not accept it, so put a link to the original file in the Link row instead.</w:t>
      </w:r>
    </w:p>
    <w:p>
      <w:pPr>
        <w:pStyle w:val="Heading2"/>
      </w:pPr>
      <w:r>
        <w:t xml:space="preserve">Image 1 </w:t>
      </w:r>
      <w:r>
        <w:rPr>
          <w:b w:val="0"/>
          <w:color w:val="5A6478"/>
          <w:sz w:val="20"/>
        </w:rPr>
        <w:t>(lead image)</w:t>
      </w:r>
    </w:p>
    <w:tbl>
      <w:tblPr>
        <w:tblW w:type="auto" w:w="0"/>
        <w:jc w:val="center"/>
        <w:tblBorders>
          <w:top w:val="single" w:sz="4" w:space="0" w:color="D9DDE5"/>
          <w:left w:val="nil"/>
          <w:bottom w:val="single" w:sz="4" w:space="0" w:color="D9DDE5"/>
          <w:right w:val="nil"/>
          <w:insideH w:val="single" w:sz="4" w:space="0" w:color="D9DDE5"/>
          <w:insideV w:val="nil"/>
        </w:tblBorders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firstColumn="1" w:firstRow="1" w:lastColumn="0" w:lastRow="0" w:noHBand="0" w:noVBand="1" w:val="04A0"/>
      </w:tblPr>
      <w:tblGrid>
        <w:gridCol w:w="2232"/>
        <w:gridCol w:w="7128"/>
      </w:tblGrid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Image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Image"/>
                <w:tag w:val="image"/>
                <w:id w:val="1016"/>
                <w:showingPlcHdr/>
              </w:sdtPr>
              <w:sdtContent>
                <w:r>
                  <w:rPr>
                    <w:rStyle w:val="PlaceholderText"/>
                  </w:rPr>
                  <w:t xml:space="preserve">Paste the image here, at least 1,600 pixels wide.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Link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Link"/>
                <w:tag w:val="link"/>
                <w:id w:val="1017"/>
                <w:showingPlcHdr/>
              </w:sdtPr>
              <w:sdtContent>
                <w:r>
                  <w:rPr>
                    <w:rStyle w:val="PlaceholderText"/>
                  </w:rPr>
                  <w:t xml:space="preserve">The web page where the image is published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Source and licence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Source and licence"/>
                <w:tag w:val="source-and-licence"/>
                <w:id w:val="1018"/>
                <w:showingPlcHdr/>
              </w:sdtPr>
              <w:sdtContent>
                <w:r>
                  <w:rPr>
                    <w:rStyle w:val="PlaceholderText"/>
                  </w:rPr>
                  <w:t xml:space="preserve">Photographer or organisation, and the licence, for example "Creative Commons Attribution 4.0"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Caption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Caption"/>
                <w:tag w:val="caption"/>
                <w:id w:val="1019"/>
                <w:showingPlcHdr/>
              </w:sdtPr>
              <w:sdtContent>
                <w:r>
                  <w:rPr>
                    <w:rStyle w:val="PlaceholderText"/>
                  </w:rPr>
                  <w:t xml:space="preserve">Who or what is shown, where, and when</w:t>
                </w:r>
              </w:sdtContent>
            </w:sdt>
          </w:p>
        </w:tc>
      </w:tr>
    </w:tbl>
    <w:p>
      <w:pPr>
        <w:spacing w:after="40"/>
      </w:pPr>
    </w:p>
    <w:p>
      <w:pPr>
        <w:pStyle w:val="Heading2"/>
      </w:pPr>
      <w:r>
        <w:t xml:space="preserve">Image 2 </w:t>
      </w:r>
      <w:r>
        <w:rPr>
          <w:b w:val="0"/>
          <w:color w:val="5A6478"/>
          <w:sz w:val="20"/>
        </w:rPr>
        <w:t>(optional)</w:t>
      </w:r>
    </w:p>
    <w:tbl>
      <w:tblPr>
        <w:tblW w:type="auto" w:w="0"/>
        <w:jc w:val="center"/>
        <w:tblBorders>
          <w:top w:val="single" w:sz="4" w:space="0" w:color="D9DDE5"/>
          <w:left w:val="nil"/>
          <w:bottom w:val="single" w:sz="4" w:space="0" w:color="D9DDE5"/>
          <w:right w:val="nil"/>
          <w:insideH w:val="single" w:sz="4" w:space="0" w:color="D9DDE5"/>
          <w:insideV w:val="nil"/>
        </w:tblBorders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firstColumn="1" w:firstRow="1" w:lastColumn="0" w:lastRow="0" w:noHBand="0" w:noVBand="1" w:val="04A0"/>
      </w:tblPr>
      <w:tblGrid>
        <w:gridCol w:w="2232"/>
        <w:gridCol w:w="7128"/>
      </w:tblGrid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Image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Image"/>
                <w:tag w:val="image"/>
                <w:id w:val="1020"/>
                <w:showingPlcHdr/>
              </w:sdtPr>
              <w:sdtContent>
                <w:r>
                  <w:rPr>
                    <w:rStyle w:val="PlaceholderText"/>
                  </w:rPr>
                  <w:t xml:space="preserve">Paste the image here, at least 1,600 pixels wide.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Link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Link"/>
                <w:tag w:val="link"/>
                <w:id w:val="1021"/>
                <w:showingPlcHdr/>
              </w:sdtPr>
              <w:sdtContent>
                <w:r>
                  <w:rPr>
                    <w:rStyle w:val="PlaceholderText"/>
                  </w:rPr>
                  <w:t xml:space="preserve">The web page where the image is published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Source and licence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Source and licence"/>
                <w:tag w:val="source-and-licence"/>
                <w:id w:val="1022"/>
                <w:showingPlcHdr/>
              </w:sdtPr>
              <w:sdtContent>
                <w:r>
                  <w:rPr>
                    <w:rStyle w:val="PlaceholderText"/>
                  </w:rPr>
                  <w:t xml:space="preserve">Photographer or organisation, and the licence, for example "Creative Commons Attribution 4.0"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Caption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Caption"/>
                <w:tag w:val="caption"/>
                <w:id w:val="1023"/>
                <w:showingPlcHdr/>
              </w:sdtPr>
              <w:sdtContent>
                <w:r>
                  <w:rPr>
                    <w:rStyle w:val="PlaceholderText"/>
                  </w:rPr>
                  <w:t xml:space="preserve">Who or what is shown, where, and when</w:t>
                </w:r>
              </w:sdtContent>
            </w:sdt>
          </w:p>
        </w:tc>
      </w:tr>
    </w:tbl>
    <w:p>
      <w:pPr>
        <w:spacing w:after="40"/>
      </w:pPr>
    </w:p>
    <w:p>
      <w:pPr>
        <w:pStyle w:val="Heading1"/>
        <w:pBdr>
          <w:top w:val="double" w:sz="4" w:space="8" w:color="0B2545"/>
        </w:pBdr>
      </w:pPr>
      <w:r>
        <w:t>Notes for the editors</w:t>
      </w:r>
    </w:p>
    <w:sdt>
      <w:sdtPr>
        <w:alias w:val="Notes"/>
        <w:tag w:val="notes"/>
        <w:id w:val="1024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Anything else: ideas or keywords for an image, a chart you would like made, or background the editors should know.</w:t>
          </w:r>
        </w:p>
      </w:sdtContent>
    </w:sdt>
    <w:p>
      <w:pPr>
        <w:pStyle w:val="Heading1"/>
        <w:keepNext/>
        <w:pBdr>
          <w:top w:val="double" w:sz="4" w:space="8" w:color="0B2545"/>
        </w:pBdr>
      </w:pPr>
      <w:r>
        <w:t>Before you send</w:t>
      </w:r>
    </w:p>
    <w:p>
      <w:pPr>
        <w:pStyle w:val="Guidance"/>
        <w:keepNext/>
      </w:pPr>
      <w:r>
        <w:t>Tick each box, then send this file through the contact form at mondial.press/contact. The Contributor Handbook explains every item.</w:t>
      </w:r>
    </w:p>
    <w:p>
      <w:pPr>
        <w:keepNext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The editors have seen your pitch, or invited the piece.</w:t>
      </w:r>
    </w:p>
    <w:p>
      <w:pPr>
        <w:keepNext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This file is named Surname_Short-title.docx.</w:t>
      </w:r>
    </w:p>
    <w:p>
      <w:pPr>
        <w:keepNext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The word count fits the format.</w:t>
      </w:r>
    </w:p>
    <w:p>
      <w:pPr>
        <w:keepNext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The title states your argument.</w:t>
      </w:r>
    </w:p>
    <w:p>
      <w:pPr>
        <w:keepNext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Specialised terms are defined, and short forms are spelled out the first time.</w:t>
      </w:r>
    </w:p>
    <w:p>
      <w:pPr>
        <w:keepNext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Every source is linked, or named in the sentence.</w:t>
      </w:r>
    </w:p>
    <w:p>
      <w:pPr>
        <w:keepNext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Your bio is 30 to 60 words, and your headshot is in this file.</w:t>
      </w:r>
    </w:p>
    <w:p>
      <w:pPr>
        <w:keepNext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Interests and conflicts are disclosed.</w:t>
      </w:r>
    </w:p>
    <w:p>
      <w:pPr>
        <w:keepNext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Every image has a link, a source and licence, and a caption.</w:t>
      </w:r>
    </w:p>
    <w:p>
      <w:pPr>
        <w:keepNext w:val="0"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You have told us if the piece has appeared, or will appear, anywhere else.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296" w:left="1440" w:header="648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right"/>
      </w:tabs>
    </w:pPr>
    <w:r>
      <w:rPr>
        <w:rFonts w:ascii="Arial" w:hAnsi="Arial"/>
        <w:color w:val="5A6478"/>
        <w:sz w:val="15"/>
      </w:rPr>
      <w:t>Handbook and templates: mondial.press/contribute</w:t>
      <w:tab/>
    </w:r>
    <w:r>
      <w:rPr>
        <w:rFonts w:ascii="Arial" w:hAnsi="Arial"/>
        <w:color w:val="13315C"/>
        <w:sz w:val="15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double" w:sz="4" w:space="6" w:color="0B2545"/>
      </w:pBdr>
      <w:tabs>
        <w:tab w:pos="9360" w:val="right"/>
      </w:tabs>
    </w:pPr>
    <w:r>
      <w:drawing>
        <wp:inline xmlns:a="http://schemas.openxmlformats.org/drawingml/2006/main" xmlns:pic="http://schemas.openxmlformats.org/drawingml/2006/picture">
          <wp:extent cx="1130440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word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0440" cy="27432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/>
        <w:color w:val="13315C"/>
        <w:sz w:val="15"/>
      </w:rPr>
      <w:tab/>
      <w:t>ARTICLE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Georgia" w:hAnsi="Georgia" w:eastAsia="Georgia" w:cs="Georgia"/>
      <w:color w:val="161A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40" w:after="160"/>
      <w:outlineLvl w:val="0"/>
    </w:pPr>
    <w:rPr>
      <w:rFonts w:ascii="Georgia" w:hAnsi="Georgia" w:eastAsia="Georgia" w:cs="Georgia"/>
      <w:b w:val="0"/>
      <w:bCs/>
      <w:color w:val="0B254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="Georgia" w:hAnsi="Georgia" w:eastAsia="Georgia" w:cs="Georgia"/>
      <w:b/>
      <w:bCs/>
      <w:color w:val="13315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Georgia" w:hAnsi="Georgia" w:eastAsia="Georgia" w:cs="Georgia"/>
      <w:b w:val="0"/>
      <w:color w:val="0B2545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i/>
      <w:color w:val="6B7385"/>
    </w:rPr>
  </w:style>
  <w:style w:type="paragraph" w:customStyle="1" w:styleId="Guidance">
    <w:name w:val="Guidance"/>
    <w:basedOn w:val="Normal"/>
    <w:pPr>
      <w:spacing w:after="120"/>
    </w:pPr>
    <w:rPr>
      <w:rFonts w:ascii="Arial" w:hAnsi="Arial" w:eastAsia="Arial" w:cs="Arial"/>
      <w:color w:val="5A6478"/>
      <w:sz w:val="18"/>
    </w:rPr>
  </w:style>
  <w:style w:type="paragraph" w:customStyle="1" w:styleId="FieldLabel">
    <w:name w:val="Field Label"/>
    <w:basedOn w:val="Normal"/>
    <w:pPr>
      <w:spacing w:after="0"/>
    </w:pPr>
    <w:rPr>
      <w:rFonts w:ascii="Arial" w:hAnsi="Arial" w:eastAsia="Arial" w:cs="Arial"/>
      <w:b/>
      <w:caps/>
      <w:color w:val="13315C"/>
      <w:sz w:val="16"/>
    </w:rPr>
  </w:style>
  <w:style w:type="paragraph" w:customStyle="1" w:styleId="FieldValue">
    <w:name w:val="Field Value"/>
    <w:basedOn w:val="Normal"/>
    <w:pPr>
      <w:spacing w:after="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Mondial article template</dc:title>
  <dc:subject/>
  <dc:creator>Mondial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